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40F35" w14:textId="77777777" w:rsidR="00B65D88" w:rsidRDefault="00B65D88" w:rsidP="00B65D88">
      <w:pPr>
        <w:jc w:val="center"/>
      </w:pPr>
      <w:r>
        <w:rPr>
          <w:b/>
          <w:sz w:val="36"/>
        </w:rPr>
        <w:t>Popoola Isaiah Oluwakayode</w:t>
      </w:r>
    </w:p>
    <w:p w14:paraId="1C28437E" w14:textId="77777777" w:rsidR="00B65D88" w:rsidRDefault="00B65D88" w:rsidP="00B65D88">
      <w:pPr>
        <w:ind w:left="-851" w:right="-716"/>
      </w:pPr>
      <w:r>
        <w:t>Lagos, Nigeria | popoolaisaiah2003@gmail.com | +234 8110481366| LinkedIn:</w:t>
      </w:r>
      <w:r w:rsidRPr="00E66945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Pr="00E66945">
        <w:t>www.linkedin.com/in/popoola-oluwakayode-20308a40a</w:t>
      </w:r>
      <w:r>
        <w:t xml:space="preserve"> | GitHub: github.com/popoolaisaiah2003-lgtm</w:t>
      </w:r>
    </w:p>
    <w:tbl>
      <w:tblPr>
        <w:tblStyle w:val="TableGrid"/>
        <w:tblW w:w="11194" w:type="dxa"/>
        <w:tblInd w:w="-851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11194"/>
      </w:tblGrid>
      <w:tr w:rsidR="00B65D88" w:rsidRPr="000A115B" w14:paraId="76FACDD8" w14:textId="77777777" w:rsidTr="00ED5EA9">
        <w:tc>
          <w:tcPr>
            <w:tcW w:w="11194" w:type="dxa"/>
            <w:shd w:val="clear" w:color="auto" w:fill="000000" w:themeFill="text1"/>
          </w:tcPr>
          <w:p w14:paraId="4FB1E714" w14:textId="77777777" w:rsidR="00B65D88" w:rsidRPr="000A115B" w:rsidRDefault="00B65D88" w:rsidP="00ED5EA9">
            <w:r w:rsidRPr="000A115B">
              <w:rPr>
                <w:b/>
                <w:color w:val="FFFFFF" w:themeColor="background1"/>
                <w:sz w:val="24"/>
              </w:rPr>
              <w:t>EDUCATION</w:t>
            </w:r>
          </w:p>
        </w:tc>
      </w:tr>
    </w:tbl>
    <w:p w14:paraId="0EB7C0AC" w14:textId="1B9881AC" w:rsidR="00B65D88" w:rsidRDefault="00B65D88" w:rsidP="00B65D88">
      <w:pPr>
        <w:ind w:left="-851"/>
      </w:pPr>
      <w:r>
        <w:rPr>
          <w:b/>
        </w:rPr>
        <w:t>MOAT Academy</w:t>
      </w:r>
      <w:r>
        <w:t xml:space="preserve"> — Full Stack Development Bootcamp (2026)</w:t>
      </w:r>
    </w:p>
    <w:p w14:paraId="3A673ADC" w14:textId="77777777" w:rsidR="00B65D88" w:rsidRDefault="00B65D88" w:rsidP="00B65D88">
      <w:pPr>
        <w:ind w:left="-851"/>
      </w:pPr>
      <w:r w:rsidRPr="006B5436">
        <w:rPr>
          <w:b/>
          <w:bCs/>
        </w:rPr>
        <w:t>Relevant</w:t>
      </w:r>
      <w:r>
        <w:t xml:space="preserve"> </w:t>
      </w:r>
      <w:r w:rsidRPr="006B5436">
        <w:rPr>
          <w:b/>
          <w:bCs/>
        </w:rPr>
        <w:t>Coursework</w:t>
      </w:r>
      <w:r>
        <w:t>: Python, Flask, SQLAlchemy, MySQL, HTML, CSS, Bootstrap, Git &amp; GitHub, REST APIs, Authentication, Database Design</w:t>
      </w:r>
    </w:p>
    <w:tbl>
      <w:tblPr>
        <w:tblStyle w:val="TableGrid"/>
        <w:tblW w:w="11165" w:type="dxa"/>
        <w:tblInd w:w="-851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11165"/>
      </w:tblGrid>
      <w:tr w:rsidR="006B5436" w:rsidRPr="006B5436" w14:paraId="4A114F8F" w14:textId="77777777" w:rsidTr="001D6DF4">
        <w:trPr>
          <w:trHeight w:val="50"/>
        </w:trPr>
        <w:tc>
          <w:tcPr>
            <w:tcW w:w="11165" w:type="dxa"/>
            <w:shd w:val="clear" w:color="auto" w:fill="000000" w:themeFill="text1"/>
          </w:tcPr>
          <w:p w14:paraId="40605107" w14:textId="77777777" w:rsidR="006B5436" w:rsidRPr="001D6DF4" w:rsidRDefault="006B5436" w:rsidP="004A0F75">
            <w:pPr>
              <w:rPr>
                <w:b/>
                <w:bCs/>
              </w:rPr>
            </w:pPr>
            <w:r w:rsidRPr="001D6DF4">
              <w:rPr>
                <w:b/>
                <w:bCs/>
              </w:rPr>
              <w:t>PROFESSIONAL SUMMARY</w:t>
            </w:r>
          </w:p>
        </w:tc>
      </w:tr>
    </w:tbl>
    <w:p w14:paraId="44CE6E89" w14:textId="77777777" w:rsidR="006B5436" w:rsidRDefault="006B5436" w:rsidP="006B5436">
      <w:pPr>
        <w:ind w:left="-851"/>
      </w:pPr>
    </w:p>
    <w:p w14:paraId="7FD884FF" w14:textId="6A867F4C" w:rsidR="006B5436" w:rsidRPr="006B5436" w:rsidRDefault="006B5436" w:rsidP="006B5436">
      <w:pPr>
        <w:ind w:left="-851"/>
      </w:pPr>
      <w:r w:rsidRPr="006B5436">
        <w:t>Full Stack Developer with hands-on experience in building and deploying web applications. Passionate about creating user-friendly digital solutions and solving real-world problems through technology. Quick to learn new tools and technologies, receptive to feedback and guidance, and able to work effectively both independently and as part of a team. Committed to continuous growth, collaboration, and delivering reliable and high-quality work.</w:t>
      </w:r>
    </w:p>
    <w:tbl>
      <w:tblPr>
        <w:tblStyle w:val="TableGrid"/>
        <w:tblW w:w="11052" w:type="dxa"/>
        <w:tblInd w:w="-851" w:type="dxa"/>
        <w:tblLook w:val="04A0" w:firstRow="1" w:lastRow="0" w:firstColumn="1" w:lastColumn="0" w:noHBand="0" w:noVBand="1"/>
      </w:tblPr>
      <w:tblGrid>
        <w:gridCol w:w="11052"/>
      </w:tblGrid>
      <w:tr w:rsidR="006B5436" w:rsidRPr="00856FF6" w14:paraId="1FB5F113" w14:textId="77777777" w:rsidTr="00913A6C">
        <w:tc>
          <w:tcPr>
            <w:tcW w:w="11052" w:type="dxa"/>
            <w:shd w:val="clear" w:color="auto" w:fill="000000" w:themeFill="text1"/>
          </w:tcPr>
          <w:p w14:paraId="1D715426" w14:textId="77777777" w:rsidR="006B5436" w:rsidRPr="00856FF6" w:rsidRDefault="006B5436" w:rsidP="00913A6C">
            <w:r w:rsidRPr="00856FF6">
              <w:rPr>
                <w:b/>
                <w:sz w:val="24"/>
              </w:rPr>
              <w:t>SKILLS</w:t>
            </w:r>
          </w:p>
        </w:tc>
      </w:tr>
    </w:tbl>
    <w:p w14:paraId="21EE3361" w14:textId="77777777" w:rsidR="006B5436" w:rsidRDefault="006B5436" w:rsidP="006B5436">
      <w:pPr>
        <w:ind w:left="-851"/>
        <w:rPr>
          <w:b/>
          <w:bCs/>
        </w:rPr>
      </w:pPr>
    </w:p>
    <w:p w14:paraId="4A35E309" w14:textId="77777777" w:rsidR="006B5436" w:rsidRDefault="006B5436" w:rsidP="006B5436">
      <w:pPr>
        <w:ind w:left="-851"/>
      </w:pPr>
      <w:r w:rsidRPr="00856FF6">
        <w:rPr>
          <w:b/>
          <w:bCs/>
        </w:rPr>
        <w:t>Languages</w:t>
      </w:r>
      <w:r>
        <w:t>: Python, JavaScript, SQL, HTML, CSS</w:t>
      </w:r>
    </w:p>
    <w:p w14:paraId="10539F19" w14:textId="77777777" w:rsidR="006B5436" w:rsidRDefault="006B5436" w:rsidP="006B5436">
      <w:pPr>
        <w:ind w:left="-851"/>
      </w:pPr>
      <w:r w:rsidRPr="00856FF6">
        <w:rPr>
          <w:b/>
          <w:bCs/>
        </w:rPr>
        <w:t>Frameworks &amp; Libraries</w:t>
      </w:r>
      <w:r>
        <w:t>: Flask, SQLAlchemy, Bootstrap</w:t>
      </w:r>
    </w:p>
    <w:p w14:paraId="730B38DA" w14:textId="77777777" w:rsidR="006B5436" w:rsidRDefault="006B5436" w:rsidP="006B5436">
      <w:pPr>
        <w:ind w:left="-851"/>
      </w:pPr>
      <w:r w:rsidRPr="00856FF6">
        <w:rPr>
          <w:b/>
          <w:bCs/>
        </w:rPr>
        <w:t>Databases</w:t>
      </w:r>
      <w:r>
        <w:t>: MySQL</w:t>
      </w:r>
    </w:p>
    <w:p w14:paraId="1090FAEF" w14:textId="77777777" w:rsidR="006B5436" w:rsidRDefault="006B5436" w:rsidP="006B5436">
      <w:pPr>
        <w:ind w:left="-851"/>
      </w:pPr>
      <w:r w:rsidRPr="00856FF6">
        <w:rPr>
          <w:b/>
          <w:bCs/>
        </w:rPr>
        <w:t>Tools &amp; Platforms</w:t>
      </w:r>
      <w:r>
        <w:t>: Git, GitHub, Railway, VS Code, MySQL Workbench, XAMPP</w:t>
      </w:r>
    </w:p>
    <w:p w14:paraId="06160E8F" w14:textId="005231E5" w:rsidR="006B5436" w:rsidRDefault="006B5436" w:rsidP="0093384F">
      <w:pPr>
        <w:ind w:left="-851"/>
      </w:pPr>
      <w:r w:rsidRPr="00856FF6">
        <w:rPr>
          <w:b/>
          <w:bCs/>
        </w:rPr>
        <w:t>Concepts</w:t>
      </w:r>
      <w:r>
        <w:t>: REST APIs, Authentication, CRUD Operations, Responsive Design, Database Modeling</w:t>
      </w:r>
    </w:p>
    <w:tbl>
      <w:tblPr>
        <w:tblStyle w:val="TableGrid"/>
        <w:tblW w:w="11194" w:type="dxa"/>
        <w:tblInd w:w="-851" w:type="dxa"/>
        <w:tblLook w:val="04A0" w:firstRow="1" w:lastRow="0" w:firstColumn="1" w:lastColumn="0" w:noHBand="0" w:noVBand="1"/>
      </w:tblPr>
      <w:tblGrid>
        <w:gridCol w:w="11194"/>
      </w:tblGrid>
      <w:tr w:rsidR="00B65D88" w:rsidRPr="000A115B" w14:paraId="1E82A3B6" w14:textId="77777777" w:rsidTr="00ED5EA9">
        <w:tc>
          <w:tcPr>
            <w:tcW w:w="11194" w:type="dxa"/>
            <w:shd w:val="clear" w:color="auto" w:fill="000000" w:themeFill="text1"/>
          </w:tcPr>
          <w:p w14:paraId="2549E27D" w14:textId="77777777" w:rsidR="00B65D88" w:rsidRPr="000A115B" w:rsidRDefault="00B65D88" w:rsidP="00ED5EA9">
            <w:pPr>
              <w:tabs>
                <w:tab w:val="left" w:pos="6630"/>
              </w:tabs>
            </w:pPr>
            <w:r w:rsidRPr="000A115B">
              <w:rPr>
                <w:b/>
                <w:color w:val="FFFFFF" w:themeColor="background1"/>
                <w:sz w:val="24"/>
              </w:rPr>
              <w:t>EXPERIENCE</w:t>
            </w:r>
            <w:r>
              <w:rPr>
                <w:b/>
                <w:sz w:val="24"/>
              </w:rPr>
              <w:tab/>
            </w:r>
          </w:p>
        </w:tc>
      </w:tr>
    </w:tbl>
    <w:p w14:paraId="0E1E2150" w14:textId="77777777" w:rsidR="00B65D88" w:rsidRDefault="00B65D88" w:rsidP="0093384F">
      <w:pPr>
        <w:rPr>
          <w:b/>
        </w:rPr>
      </w:pPr>
    </w:p>
    <w:p w14:paraId="14CF4FD7" w14:textId="4808A13B" w:rsidR="00B65D88" w:rsidRDefault="00B65D88" w:rsidP="00B65D88">
      <w:pPr>
        <w:ind w:left="-709" w:hanging="142"/>
      </w:pPr>
      <w:r>
        <w:rPr>
          <w:b/>
        </w:rPr>
        <w:t>Full Stack Developer (Bootcamp Projects) — Remote</w:t>
      </w:r>
      <w:r>
        <w:t xml:space="preserve"> (2026 – Present)</w:t>
      </w:r>
    </w:p>
    <w:p w14:paraId="7036B2F6" w14:textId="77777777" w:rsidR="00B65D88" w:rsidRDefault="00B65D88" w:rsidP="00B65D88">
      <w:pPr>
        <w:pStyle w:val="ListBullet"/>
        <w:spacing w:after="0"/>
        <w:ind w:left="-567" w:hanging="284"/>
      </w:pPr>
      <w:r>
        <w:t>Built and deployed full-stack web applications using Python, Flask, SQLAlchemy, and MySQL.</w:t>
      </w:r>
    </w:p>
    <w:p w14:paraId="7D7C689F" w14:textId="77777777" w:rsidR="00B65D88" w:rsidRDefault="00B65D88" w:rsidP="00B65D88">
      <w:pPr>
        <w:pStyle w:val="ListBullet"/>
        <w:spacing w:after="0"/>
        <w:ind w:left="-567" w:hanging="284"/>
      </w:pPr>
      <w:r>
        <w:t>Implemented user authentication, role-based access, favorites, messaging, and dashboard features.</w:t>
      </w:r>
    </w:p>
    <w:p w14:paraId="28C69346" w14:textId="77777777" w:rsidR="00B65D88" w:rsidRDefault="00B65D88" w:rsidP="00B65D88">
      <w:pPr>
        <w:pStyle w:val="ListBullet"/>
        <w:spacing w:after="0"/>
        <w:ind w:left="-567" w:hanging="284"/>
      </w:pPr>
      <w:r>
        <w:t>Integrated database migrations, form validation, and responsive UI components.</w:t>
      </w:r>
    </w:p>
    <w:p w14:paraId="650CB37A" w14:textId="77777777" w:rsidR="00B65D88" w:rsidRDefault="00B65D88" w:rsidP="00B65D88">
      <w:pPr>
        <w:pStyle w:val="ListBullet"/>
        <w:spacing w:after="0"/>
        <w:ind w:left="-567" w:hanging="284"/>
      </w:pPr>
      <w:r>
        <w:t>Deployed applications to Railway and managed environment variables and production configuration.</w:t>
      </w:r>
    </w:p>
    <w:p w14:paraId="334E415D" w14:textId="77777777" w:rsidR="00B65D88" w:rsidRDefault="00B65D88" w:rsidP="00B65D88">
      <w:pPr>
        <w:pStyle w:val="ListBullet"/>
        <w:spacing w:after="0"/>
        <w:ind w:left="-567" w:hanging="284"/>
      </w:pPr>
      <w:r>
        <w:t>Used Git and GitHub for version control and project collaboration.</w:t>
      </w:r>
    </w:p>
    <w:p w14:paraId="5C2E51CB" w14:textId="77777777" w:rsidR="00B65D88" w:rsidRDefault="00B65D88" w:rsidP="00B65D88">
      <w:pPr>
        <w:pStyle w:val="ListBullet"/>
        <w:numPr>
          <w:ilvl w:val="0"/>
          <w:numId w:val="0"/>
        </w:numPr>
        <w:spacing w:after="0"/>
        <w:ind w:left="-567"/>
      </w:pPr>
    </w:p>
    <w:tbl>
      <w:tblPr>
        <w:tblStyle w:val="TableGrid"/>
        <w:tblW w:w="11052" w:type="dxa"/>
        <w:tblInd w:w="-851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11052"/>
      </w:tblGrid>
      <w:tr w:rsidR="00B65D88" w:rsidRPr="000A115B" w14:paraId="68F042E4" w14:textId="77777777" w:rsidTr="00ED5EA9">
        <w:tc>
          <w:tcPr>
            <w:tcW w:w="11052" w:type="dxa"/>
            <w:shd w:val="clear" w:color="auto" w:fill="000000" w:themeFill="text1"/>
          </w:tcPr>
          <w:p w14:paraId="7804BDBF" w14:textId="77777777" w:rsidR="00B65D88" w:rsidRPr="000A115B" w:rsidRDefault="00B65D88" w:rsidP="00ED5EA9">
            <w:r>
              <w:rPr>
                <w:b/>
                <w:sz w:val="24"/>
              </w:rPr>
              <w:t>PROJECTS</w:t>
            </w:r>
          </w:p>
        </w:tc>
      </w:tr>
    </w:tbl>
    <w:p w14:paraId="6443246E" w14:textId="149F90B3" w:rsidR="00B65D88" w:rsidRDefault="00B65D88" w:rsidP="00B65D88">
      <w:pPr>
        <w:ind w:left="-851"/>
      </w:pPr>
      <w:r>
        <w:rPr>
          <w:b/>
        </w:rPr>
        <w:t>KayHomes — Real Estate Platform (2026)</w:t>
      </w:r>
    </w:p>
    <w:p w14:paraId="7ED9769C" w14:textId="77777777" w:rsidR="00B65D88" w:rsidRDefault="00B65D88" w:rsidP="00B65D88">
      <w:pPr>
        <w:pStyle w:val="ListBullet"/>
        <w:tabs>
          <w:tab w:val="clear" w:pos="360"/>
          <w:tab w:val="num" w:pos="-567"/>
        </w:tabs>
        <w:spacing w:after="0"/>
        <w:ind w:left="-851" w:firstLine="0"/>
      </w:pPr>
      <w:r>
        <w:t>Developed a property listing platform with search, filtering, favorites, and inquiry features.</w:t>
      </w:r>
    </w:p>
    <w:p w14:paraId="77A83907" w14:textId="77777777" w:rsidR="00B65D88" w:rsidRDefault="00B65D88" w:rsidP="00B65D88">
      <w:pPr>
        <w:pStyle w:val="ListBullet"/>
        <w:tabs>
          <w:tab w:val="clear" w:pos="360"/>
          <w:tab w:val="num" w:pos="-567"/>
        </w:tabs>
        <w:spacing w:after="0"/>
        <w:ind w:left="-851" w:firstLine="0"/>
      </w:pPr>
      <w:r>
        <w:t>Created an admin dashboard for managing properties and users.</w:t>
      </w:r>
    </w:p>
    <w:p w14:paraId="0BA0B336" w14:textId="77777777" w:rsidR="00B65D88" w:rsidRDefault="00B65D88" w:rsidP="00B65D88">
      <w:pPr>
        <w:pStyle w:val="ListBullet"/>
        <w:tabs>
          <w:tab w:val="clear" w:pos="360"/>
          <w:tab w:val="num" w:pos="-567"/>
        </w:tabs>
        <w:spacing w:after="0"/>
        <w:ind w:left="-851" w:firstLine="0"/>
      </w:pPr>
      <w:r>
        <w:t>Designed a responsive interface using Bootstrap.</w:t>
      </w:r>
    </w:p>
    <w:p w14:paraId="2F07E739" w14:textId="77777777" w:rsidR="00B65D88" w:rsidRDefault="00B65D88" w:rsidP="00B65D88">
      <w:pPr>
        <w:pStyle w:val="ListBullet"/>
        <w:tabs>
          <w:tab w:val="clear" w:pos="360"/>
          <w:tab w:val="num" w:pos="-567"/>
        </w:tabs>
        <w:spacing w:after="0"/>
        <w:ind w:left="-851" w:firstLine="0"/>
      </w:pPr>
      <w:r>
        <w:t>Connected the application to a MySQL database and deployed it on Railway.</w:t>
      </w:r>
    </w:p>
    <w:p w14:paraId="0C4C0B43" w14:textId="77777777" w:rsidR="006B5436" w:rsidRDefault="006B5436" w:rsidP="006B5436">
      <w:pPr>
        <w:pStyle w:val="ListBullet"/>
        <w:numPr>
          <w:ilvl w:val="0"/>
          <w:numId w:val="0"/>
        </w:numPr>
        <w:spacing w:after="0"/>
        <w:ind w:left="-851"/>
      </w:pPr>
    </w:p>
    <w:p w14:paraId="3614BFE4" w14:textId="77777777" w:rsidR="0093384F" w:rsidRDefault="0093384F" w:rsidP="00B65D88">
      <w:pPr>
        <w:ind w:left="-851"/>
        <w:rPr>
          <w:b/>
        </w:rPr>
      </w:pPr>
    </w:p>
    <w:p w14:paraId="5D3E4FEB" w14:textId="0BBEE99C" w:rsidR="00B65D88" w:rsidRDefault="00B65D88" w:rsidP="00B65D88">
      <w:pPr>
        <w:ind w:left="-851"/>
      </w:pPr>
      <w:r>
        <w:rPr>
          <w:b/>
        </w:rPr>
        <w:lastRenderedPageBreak/>
        <w:t>Yan Zhen Peptides — E-commerce Website (2026)</w:t>
      </w:r>
    </w:p>
    <w:p w14:paraId="3A8CDEE3" w14:textId="77777777" w:rsidR="00B65D88" w:rsidRDefault="00B65D88" w:rsidP="00B65D88">
      <w:pPr>
        <w:pStyle w:val="ListBullet"/>
        <w:tabs>
          <w:tab w:val="clear" w:pos="360"/>
          <w:tab w:val="num" w:pos="-567"/>
        </w:tabs>
        <w:spacing w:after="0"/>
        <w:ind w:left="-851" w:firstLine="0"/>
      </w:pPr>
      <w:r>
        <w:t>Built a multi-page product website with language support and customer review functionality.</w:t>
      </w:r>
    </w:p>
    <w:p w14:paraId="494F6F40" w14:textId="77777777" w:rsidR="00B65D88" w:rsidRDefault="00B65D88" w:rsidP="00B65D88">
      <w:pPr>
        <w:pStyle w:val="ListBullet"/>
        <w:tabs>
          <w:tab w:val="clear" w:pos="360"/>
          <w:tab w:val="num" w:pos="-567"/>
        </w:tabs>
        <w:spacing w:after="0"/>
        <w:ind w:left="-851" w:firstLine="0"/>
      </w:pPr>
      <w:r>
        <w:t>Implemented responsive layouts and improved user experience across mobile and desktop devices.</w:t>
      </w:r>
    </w:p>
    <w:p w14:paraId="076BBA5A" w14:textId="77777777" w:rsidR="00B65D88" w:rsidRDefault="00B65D88" w:rsidP="00B65D88">
      <w:pPr>
        <w:pStyle w:val="ListBullet"/>
        <w:tabs>
          <w:tab w:val="clear" w:pos="360"/>
          <w:tab w:val="num" w:pos="-567"/>
        </w:tabs>
        <w:spacing w:after="0"/>
        <w:ind w:left="-851" w:firstLine="0"/>
      </w:pPr>
      <w:r>
        <w:t>Audited and fixed interface sections that did not respond correctly to selected languages.</w:t>
      </w:r>
    </w:p>
    <w:p w14:paraId="3EE633DF" w14:textId="77777777" w:rsidR="0093384F" w:rsidRDefault="0093384F" w:rsidP="0093384F">
      <w:pPr>
        <w:pStyle w:val="ListBullet"/>
        <w:numPr>
          <w:ilvl w:val="0"/>
          <w:numId w:val="0"/>
        </w:numPr>
        <w:spacing w:after="0"/>
        <w:ind w:left="-851"/>
      </w:pPr>
    </w:p>
    <w:p w14:paraId="3A0977EE" w14:textId="77777777" w:rsidR="0093384F" w:rsidRDefault="0093384F" w:rsidP="0093384F">
      <w:pPr>
        <w:pStyle w:val="ListBullet"/>
        <w:numPr>
          <w:ilvl w:val="0"/>
          <w:numId w:val="0"/>
        </w:numPr>
        <w:spacing w:after="0"/>
        <w:ind w:left="-851"/>
      </w:pPr>
    </w:p>
    <w:p w14:paraId="4AD8C8D7" w14:textId="77777777" w:rsidR="00B65D88" w:rsidRDefault="00B65D88" w:rsidP="00B65D88">
      <w:pPr>
        <w:ind w:left="-851"/>
      </w:pPr>
      <w:r>
        <w:rPr>
          <w:b/>
        </w:rPr>
        <w:t>Knotique — Fashion Store (2026)</w:t>
      </w:r>
    </w:p>
    <w:p w14:paraId="799DB825" w14:textId="77777777" w:rsidR="00B65D88" w:rsidRDefault="00B65D88" w:rsidP="00B65D88">
      <w:pPr>
        <w:pStyle w:val="ListBullet"/>
        <w:tabs>
          <w:tab w:val="clear" w:pos="360"/>
          <w:tab w:val="num" w:pos="-567"/>
        </w:tabs>
        <w:spacing w:after="0"/>
        <w:ind w:left="-851" w:firstLine="0"/>
      </w:pPr>
      <w:r>
        <w:t>Developed product, Wishlist, and order-history pages.</w:t>
      </w:r>
    </w:p>
    <w:p w14:paraId="32AE4DB1" w14:textId="77777777" w:rsidR="00B65D88" w:rsidRDefault="00B65D88" w:rsidP="00B65D88">
      <w:pPr>
        <w:pStyle w:val="ListBullet"/>
        <w:tabs>
          <w:tab w:val="clear" w:pos="360"/>
          <w:tab w:val="num" w:pos="-567"/>
        </w:tabs>
        <w:spacing w:after="0"/>
        <w:ind w:left="-851" w:firstLine="0"/>
      </w:pPr>
      <w:r>
        <w:t>Fixed image-loading and responsive-layout issues.</w:t>
      </w:r>
    </w:p>
    <w:p w14:paraId="63E748A7" w14:textId="77777777" w:rsidR="00B65D88" w:rsidRDefault="00B65D88" w:rsidP="00B65D88">
      <w:pPr>
        <w:pStyle w:val="ListBullet"/>
        <w:tabs>
          <w:tab w:val="clear" w:pos="360"/>
          <w:tab w:val="num" w:pos="-567"/>
        </w:tabs>
        <w:spacing w:after="0"/>
        <w:ind w:left="-851" w:firstLine="0"/>
      </w:pPr>
      <w:r>
        <w:t>Improved overall UI consistency and navigation.</w:t>
      </w:r>
    </w:p>
    <w:p w14:paraId="33BF17A1" w14:textId="77777777" w:rsidR="00B65D88" w:rsidRDefault="00B65D88" w:rsidP="00B65D88">
      <w:pPr>
        <w:pStyle w:val="ListBullet"/>
        <w:numPr>
          <w:ilvl w:val="0"/>
          <w:numId w:val="0"/>
        </w:numPr>
        <w:spacing w:after="0"/>
        <w:ind w:left="-851"/>
      </w:pPr>
    </w:p>
    <w:tbl>
      <w:tblPr>
        <w:tblStyle w:val="TableGrid"/>
        <w:tblW w:w="11052" w:type="dxa"/>
        <w:tblInd w:w="-851" w:type="dxa"/>
        <w:tblLook w:val="04A0" w:firstRow="1" w:lastRow="0" w:firstColumn="1" w:lastColumn="0" w:noHBand="0" w:noVBand="1"/>
      </w:tblPr>
      <w:tblGrid>
        <w:gridCol w:w="11052"/>
      </w:tblGrid>
      <w:tr w:rsidR="00B65D88" w:rsidRPr="000A115B" w14:paraId="04A21E33" w14:textId="77777777" w:rsidTr="00ED5EA9">
        <w:tc>
          <w:tcPr>
            <w:tcW w:w="11052" w:type="dxa"/>
            <w:shd w:val="clear" w:color="auto" w:fill="000000" w:themeFill="text1"/>
          </w:tcPr>
          <w:p w14:paraId="3ADB2834" w14:textId="77777777" w:rsidR="00B65D88" w:rsidRPr="000A115B" w:rsidRDefault="00B65D88" w:rsidP="00ED5EA9">
            <w:r w:rsidRPr="000A115B">
              <w:rPr>
                <w:b/>
                <w:sz w:val="24"/>
              </w:rPr>
              <w:t>LEADERSHIP &amp; ACTIVITIES</w:t>
            </w:r>
          </w:p>
        </w:tc>
      </w:tr>
    </w:tbl>
    <w:p w14:paraId="5A6D2CB2" w14:textId="507D8226" w:rsidR="00B65D88" w:rsidRDefault="00B65D88" w:rsidP="00B65D88">
      <w:pPr>
        <w:ind w:left="-851"/>
      </w:pPr>
      <w:r>
        <w:rPr>
          <w:b/>
        </w:rPr>
        <w:t>KayDevs — Founder &amp; Developer</w:t>
      </w:r>
      <w:r>
        <w:t xml:space="preserve"> (2026 – Present)</w:t>
      </w:r>
    </w:p>
    <w:p w14:paraId="29587BE9" w14:textId="77777777" w:rsidR="00B65D88" w:rsidRDefault="00B65D88" w:rsidP="00B65D88">
      <w:pPr>
        <w:pStyle w:val="ListBullet"/>
        <w:tabs>
          <w:tab w:val="clear" w:pos="360"/>
          <w:tab w:val="num" w:pos="-567"/>
        </w:tabs>
        <w:spacing w:after="0"/>
        <w:ind w:left="-851" w:firstLine="0"/>
      </w:pPr>
      <w:r>
        <w:t>Creating and deploying personal software projects and web solutions.</w:t>
      </w:r>
    </w:p>
    <w:p w14:paraId="42966BEA" w14:textId="77777777" w:rsidR="00B65D88" w:rsidRDefault="00B65D88" w:rsidP="00B65D88">
      <w:pPr>
        <w:pStyle w:val="ListBullet"/>
        <w:tabs>
          <w:tab w:val="clear" w:pos="360"/>
          <w:tab w:val="num" w:pos="-567"/>
        </w:tabs>
        <w:spacing w:after="0"/>
        <w:ind w:left="-851" w:firstLine="0"/>
      </w:pPr>
      <w:r>
        <w:t>Maintaining a public GitHub portfolio and technical learning roadmap.</w:t>
      </w:r>
    </w:p>
    <w:p w14:paraId="4D8F5BD4" w14:textId="77777777" w:rsidR="00B65D88" w:rsidRDefault="00B65D88" w:rsidP="00B65D88"/>
    <w:p w14:paraId="2696938D" w14:textId="324D91ED" w:rsidR="008E3D48" w:rsidRPr="00B65D88" w:rsidRDefault="008E3D48" w:rsidP="00B65D88"/>
    <w:sectPr w:rsidR="008E3D48" w:rsidRPr="00B65D88" w:rsidSect="0093384F">
      <w:pgSz w:w="12240" w:h="15840"/>
      <w:pgMar w:top="709" w:right="1800" w:bottom="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9E64D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4810943">
    <w:abstractNumId w:val="8"/>
  </w:num>
  <w:num w:numId="2" w16cid:durableId="1573616546">
    <w:abstractNumId w:val="6"/>
  </w:num>
  <w:num w:numId="3" w16cid:durableId="315644578">
    <w:abstractNumId w:val="5"/>
  </w:num>
  <w:num w:numId="4" w16cid:durableId="1308124327">
    <w:abstractNumId w:val="4"/>
  </w:num>
  <w:num w:numId="5" w16cid:durableId="751121948">
    <w:abstractNumId w:val="7"/>
  </w:num>
  <w:num w:numId="6" w16cid:durableId="1467695059">
    <w:abstractNumId w:val="3"/>
  </w:num>
  <w:num w:numId="7" w16cid:durableId="1488470161">
    <w:abstractNumId w:val="2"/>
  </w:num>
  <w:num w:numId="8" w16cid:durableId="465465083">
    <w:abstractNumId w:val="1"/>
  </w:num>
  <w:num w:numId="9" w16cid:durableId="1565683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6DF4"/>
    <w:rsid w:val="0029639D"/>
    <w:rsid w:val="00326F90"/>
    <w:rsid w:val="005D75B8"/>
    <w:rsid w:val="006B5436"/>
    <w:rsid w:val="00883494"/>
    <w:rsid w:val="008E3D48"/>
    <w:rsid w:val="00904914"/>
    <w:rsid w:val="0093384F"/>
    <w:rsid w:val="00AA1D8D"/>
    <w:rsid w:val="00B47730"/>
    <w:rsid w:val="00B65D88"/>
    <w:rsid w:val="00CB0664"/>
    <w:rsid w:val="00DB70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A3B128"/>
  <w14:defaultImageDpi w14:val="300"/>
  <w15:docId w15:val="{E5FD2580-741B-4A35-B3AF-0504ADD0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popola isaiah</cp:lastModifiedBy>
  <cp:revision>9</cp:revision>
  <dcterms:created xsi:type="dcterms:W3CDTF">2013-12-23T23:15:00Z</dcterms:created>
  <dcterms:modified xsi:type="dcterms:W3CDTF">2026-08-06T15:36:00Z</dcterms:modified>
  <cp:category/>
</cp:coreProperties>
</file>